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6F8B"/>
          <w:sz w:val="64"/>
        </w:rPr>
        <w:t>Hot tub rules</w:t>
      </w:r>
    </w:p>
    <w:p>
      <w:pPr>
        <w:jc w:val="center"/>
      </w:pPr>
      <w:r>
        <w:t>Please read before you get in. Thank you for keeping it clean and safe for the next guests.</w:t>
      </w:r>
    </w:p>
    <w:p>
      <w:pPr>
        <w:spacing w:after="100"/>
      </w:pPr>
      <w:r>
        <w:rPr>
          <w:b/>
          <w:sz w:val="28"/>
        </w:rPr>
        <w:t xml:space="preserve">1. </w:t>
      </w:r>
      <w:r>
        <w:rPr>
          <w:b/>
          <w:sz w:val="28"/>
        </w:rPr>
        <w:t>Shower before you get in.</w:t>
      </w:r>
      <w:r>
        <w:rPr>
          <w:sz w:val="28"/>
        </w:rPr>
        <w:t xml:space="preserve"> Lotions, make-up and sweat use up the sanitiser.</w:t>
      </w:r>
    </w:p>
    <w:p>
      <w:pPr>
        <w:spacing w:after="100"/>
      </w:pPr>
      <w:r>
        <w:rPr>
          <w:b/>
          <w:sz w:val="28"/>
        </w:rPr>
        <w:t xml:space="preserve">2. </w:t>
      </w:r>
      <w:r>
        <w:rPr>
          <w:b/>
          <w:sz w:val="28"/>
        </w:rPr>
        <w:t>Maximum ___ people</w:t>
      </w:r>
      <w:r>
        <w:rPr>
          <w:sz w:val="28"/>
        </w:rPr>
        <w:t xml:space="preserve"> at a time.</w:t>
      </w:r>
    </w:p>
    <w:p>
      <w:pPr>
        <w:spacing w:after="100"/>
      </w:pPr>
      <w:r>
        <w:rPr>
          <w:b/>
          <w:sz w:val="28"/>
        </w:rPr>
        <w:t xml:space="preserve">3. </w:t>
      </w:r>
      <w:r>
        <w:rPr>
          <w:b/>
          <w:sz w:val="28"/>
        </w:rPr>
        <w:t>Limit your soak to 15-20 minutes,</w:t>
      </w:r>
      <w:r>
        <w:rPr>
          <w:sz w:val="28"/>
        </w:rPr>
        <w:t xml:space="preserve"> then cool down. Get out at once if you feel dizzy, sick or too hot.</w:t>
      </w:r>
    </w:p>
    <w:p>
      <w:pPr>
        <w:spacing w:after="100"/>
      </w:pPr>
      <w:r>
        <w:rPr>
          <w:b/>
          <w:sz w:val="28"/>
        </w:rPr>
        <w:t xml:space="preserve">4. </w:t>
      </w:r>
      <w:r>
        <w:rPr>
          <w:b/>
          <w:sz w:val="28"/>
        </w:rPr>
        <w:t>Children under 5 should not use the hot tub.</w:t>
      </w:r>
      <w:r>
        <w:rPr>
          <w:sz w:val="28"/>
        </w:rPr>
        <w:t xml:space="preserve"> Older children only with an adult watching, always.</w:t>
      </w:r>
    </w:p>
    <w:p>
      <w:pPr>
        <w:spacing w:after="100"/>
      </w:pPr>
      <w:r>
        <w:rPr>
          <w:b/>
          <w:sz w:val="28"/>
        </w:rPr>
        <w:t xml:space="preserve">5. </w:t>
      </w:r>
      <w:r>
        <w:rPr>
          <w:b/>
          <w:sz w:val="28"/>
        </w:rPr>
        <w:t>Pregnant, heart or blood pressure conditions, or on medication?</w:t>
      </w:r>
      <w:r>
        <w:rPr>
          <w:sz w:val="28"/>
        </w:rPr>
        <w:t xml:space="preserve"> Check with your doctor before using it.</w:t>
      </w:r>
    </w:p>
    <w:p>
      <w:pPr>
        <w:spacing w:after="100"/>
      </w:pPr>
      <w:r>
        <w:rPr>
          <w:b/>
          <w:sz w:val="28"/>
        </w:rPr>
        <w:t xml:space="preserve">6. </w:t>
      </w:r>
      <w:r>
        <w:rPr>
          <w:b/>
          <w:sz w:val="28"/>
        </w:rPr>
        <w:t>No alcohol or drugs</w:t>
      </w:r>
      <w:r>
        <w:rPr>
          <w:sz w:val="28"/>
        </w:rPr>
        <w:t xml:space="preserve"> before or while using the hot tub.</w:t>
      </w:r>
    </w:p>
    <w:p>
      <w:pPr>
        <w:spacing w:after="100"/>
      </w:pPr>
      <w:r>
        <w:rPr>
          <w:b/>
          <w:sz w:val="28"/>
        </w:rPr>
        <w:t xml:space="preserve">7. </w:t>
      </w:r>
      <w:r>
        <w:rPr>
          <w:b/>
          <w:sz w:val="28"/>
        </w:rPr>
        <w:t>No glass</w:t>
      </w:r>
      <w:r>
        <w:rPr>
          <w:sz w:val="28"/>
        </w:rPr>
        <w:t xml:space="preserve"> in or around the tub. Plastic cups only.</w:t>
      </w:r>
    </w:p>
    <w:p>
      <w:pPr>
        <w:spacing w:after="100"/>
      </w:pPr>
      <w:r>
        <w:rPr>
          <w:b/>
          <w:sz w:val="28"/>
        </w:rPr>
        <w:t xml:space="preserve">8. </w:t>
      </w:r>
      <w:r>
        <w:rPr>
          <w:b/>
          <w:sz w:val="28"/>
        </w:rPr>
        <w:t>Do not use it if you have had diarrhoea</w:t>
      </w:r>
      <w:r>
        <w:rPr>
          <w:sz w:val="28"/>
        </w:rPr>
        <w:t xml:space="preserve"> in the last 48 hours, or have an open wound or skin infection.</w:t>
      </w:r>
    </w:p>
    <w:p>
      <w:pPr>
        <w:spacing w:after="100"/>
      </w:pPr>
      <w:r>
        <w:rPr>
          <w:b/>
          <w:sz w:val="28"/>
        </w:rPr>
        <w:t xml:space="preserve">9. </w:t>
      </w:r>
      <w:r>
        <w:rPr>
          <w:b/>
          <w:sz w:val="28"/>
        </w:rPr>
        <w:t>No pets</w:t>
      </w:r>
      <w:r>
        <w:rPr>
          <w:sz w:val="28"/>
        </w:rPr>
        <w:t xml:space="preserve"> in the hot tub, and no bubble bath, oils or soap in the water.</w:t>
      </w:r>
    </w:p>
    <w:p>
      <w:pPr>
        <w:spacing w:after="100"/>
      </w:pPr>
      <w:r>
        <w:rPr>
          <w:b/>
          <w:sz w:val="28"/>
        </w:rPr>
        <w:t xml:space="preserve">10. </w:t>
      </w:r>
      <w:r>
        <w:rPr>
          <w:b/>
          <w:sz w:val="28"/>
        </w:rPr>
        <w:t>Keep heads above water</w:t>
      </w:r>
      <w:r>
        <w:rPr>
          <w:sz w:val="28"/>
        </w:rPr>
        <w:t xml:space="preserve"> and long hair tied up, away from the suction fittings.</w:t>
      </w:r>
    </w:p>
    <w:p>
      <w:pPr>
        <w:spacing w:after="100"/>
      </w:pPr>
      <w:r>
        <w:rPr>
          <w:b/>
          <w:sz w:val="28"/>
        </w:rPr>
        <w:t xml:space="preserve">11. </w:t>
      </w:r>
      <w:r>
        <w:rPr>
          <w:b/>
          <w:sz w:val="28"/>
        </w:rPr>
        <w:t>Put the cover back on and lock it</w:t>
      </w:r>
      <w:r>
        <w:rPr>
          <w:sz w:val="28"/>
        </w:rPr>
        <w:t xml:space="preserve"> every time you get out.</w:t>
      </w:r>
    </w:p>
    <w:p>
      <w:r>
        <w:t xml:space="preserve">Water cloudy, foamy or smelling strongly? </w:t>
      </w:r>
      <w:r>
        <w:rPr>
          <w:b/>
        </w:rPr>
        <w:t>Please do not use it and tell us.</w:t>
      </w:r>
    </w:p>
    <w:p>
      <w:r>
        <w:t>Host / emergency contact: ____________________   Emergency: 999 / 112</w:t>
      </w:r>
    </w:p>
    <w:p>
      <w:pPr>
        <w:jc w:val="center"/>
      </w:pPr>
      <w:r>
        <w:rPr>
          <w:color w:val="555555"/>
          <w:sz w:val="16"/>
        </w:rPr>
        <w:t>Free template by Pulad Labs, puladlabs.com/guides/hot-tub-rules-for-guests/ · Edit to match your hot tub and your own risk assessment.</w:t>
      </w:r>
    </w:p>
    <w:p>
      <w:r>
        <w:br w:type="page"/>
      </w:r>
    </w:p>
    <w:p>
      <w:pPr>
        <w:jc w:val="center"/>
      </w:pPr>
      <w:r>
        <w:rPr>
          <w:b/>
          <w:color w:val="1F6F8B"/>
          <w:sz w:val="48"/>
        </w:rPr>
        <w:t>How to use the hot tub</w:t>
      </w:r>
    </w:p>
    <w:p>
      <w:pPr>
        <w:spacing w:after="100"/>
      </w:pPr>
      <w:r>
        <w:rPr>
          <w:b/>
          <w:sz w:val="26"/>
        </w:rPr>
        <w:t xml:space="preserve">1. </w:t>
      </w:r>
      <w:r>
        <w:rPr>
          <w:b/>
          <w:sz w:val="26"/>
        </w:rPr>
        <w:t>Remove the cover:</w:t>
      </w:r>
      <w:r>
        <w:rPr>
          <w:sz w:val="26"/>
        </w:rPr>
        <w:t xml:space="preserve"> unclip ___ straps, fold and slide it onto the lifter or the ground. Do not stand or sit on the cover.</w:t>
      </w:r>
    </w:p>
    <w:p>
      <w:pPr>
        <w:spacing w:after="100"/>
      </w:pPr>
      <w:r>
        <w:rPr>
          <w:b/>
          <w:sz w:val="26"/>
        </w:rPr>
        <w:t xml:space="preserve">2. </w:t>
      </w:r>
      <w:r>
        <w:rPr>
          <w:b/>
          <w:sz w:val="26"/>
        </w:rPr>
        <w:t>Check the water:</w:t>
      </w:r>
      <w:r>
        <w:rPr>
          <w:sz w:val="26"/>
        </w:rPr>
        <w:t xml:space="preserve"> it should be clear. Temperature is set to ___ °C (maximum 40 °C). Please do not change it.</w:t>
      </w:r>
    </w:p>
    <w:p>
      <w:pPr>
        <w:spacing w:after="100"/>
      </w:pPr>
      <w:r>
        <w:rPr>
          <w:b/>
          <w:sz w:val="26"/>
        </w:rPr>
        <w:t xml:space="preserve">3. </w:t>
      </w:r>
      <w:r>
        <w:rPr>
          <w:b/>
          <w:sz w:val="26"/>
        </w:rPr>
        <w:t>Jets and lights:</w:t>
      </w:r>
      <w:r>
        <w:rPr>
          <w:sz w:val="26"/>
        </w:rPr>
        <w:t xml:space="preserve"> press ________ on the control panel. Jets switch off by themselves after ___ minutes.</w:t>
      </w:r>
    </w:p>
    <w:p>
      <w:pPr>
        <w:spacing w:after="100"/>
      </w:pPr>
      <w:r>
        <w:rPr>
          <w:b/>
          <w:sz w:val="26"/>
        </w:rPr>
        <w:t xml:space="preserve">4. </w:t>
      </w:r>
      <w:r>
        <w:rPr>
          <w:b/>
          <w:sz w:val="26"/>
        </w:rPr>
        <w:t>Getting in and out:</w:t>
      </w:r>
      <w:r>
        <w:rPr>
          <w:sz w:val="26"/>
        </w:rPr>
        <w:t xml:space="preserve"> use the step and handrail; surfaces are slippery when wet.</w:t>
      </w:r>
    </w:p>
    <w:p>
      <w:pPr>
        <w:spacing w:after="100"/>
      </w:pPr>
      <w:r>
        <w:rPr>
          <w:b/>
          <w:sz w:val="26"/>
        </w:rPr>
        <w:t xml:space="preserve">5. </w:t>
      </w:r>
      <w:r>
        <w:rPr>
          <w:b/>
          <w:sz w:val="26"/>
        </w:rPr>
        <w:t>After use:</w:t>
      </w:r>
      <w:r>
        <w:rPr>
          <w:sz w:val="26"/>
        </w:rPr>
        <w:t xml:space="preserve"> switch the jets off, put the cover back and lock all straps.</w:t>
      </w:r>
    </w:p>
    <w:p>
      <w:pPr>
        <w:spacing w:after="100"/>
      </w:pPr>
      <w:r>
        <w:rPr>
          <w:b/>
          <w:sz w:val="26"/>
        </w:rPr>
        <w:t xml:space="preserve">6. </w:t>
      </w:r>
      <w:r>
        <w:rPr>
          <w:b/>
          <w:sz w:val="26"/>
        </w:rPr>
        <w:t>Thunder or lightning:</w:t>
      </w:r>
      <w:r>
        <w:rPr>
          <w:sz w:val="26"/>
        </w:rPr>
        <w:t xml:space="preserve"> get out and keep the cover on until it passes.</w:t>
      </w:r>
    </w:p>
    <w:p>
      <w:r>
        <w:rPr>
          <w:b/>
        </w:rPr>
        <w:t xml:space="preserve">Between stays we: </w:t>
      </w:r>
      <w:r>
        <w:t>test and adjust the water, clean the filter and water line, and record the results.</w:t>
      </w:r>
    </w:p>
    <w:p>
      <w:r>
        <w:t>Last test: date __________ time ______ by __________</w:t>
      </w:r>
    </w:p>
    <w:p>
      <w:r>
        <w:t>Want to see the test record? Just ask us.</w:t>
      </w:r>
    </w:p>
    <w:p>
      <w:pPr>
        <w:jc w:val="center"/>
      </w:pPr>
      <w:r>
        <w:rPr>
          <w:color w:val="555555"/>
          <w:sz w:val="16"/>
        </w:rPr>
        <w:t>Free template by Pulad Labs, puladlabs.com/guides/hot-tub-rules-for-guests/ · General guidance, not legal or medical advice.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